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BFA14E" w14:textId="77777777" w:rsidR="006E5398" w:rsidRDefault="00000000">
      <w:pPr>
        <w:jc w:val="center"/>
      </w:pPr>
      <w:r>
        <w:rPr>
          <w:b/>
          <w:sz w:val="28"/>
        </w:rPr>
        <w:t>WORKSHOP APPLICATION FORM</w:t>
      </w:r>
    </w:p>
    <w:p w14:paraId="4F9C000E" w14:textId="5A15B4F0" w:rsidR="006E5398" w:rsidRDefault="00000000">
      <w:r>
        <w:rPr>
          <w:sz w:val="20"/>
        </w:rPr>
        <w:t xml:space="preserve">Full Name: </w:t>
      </w:r>
    </w:p>
    <w:p w14:paraId="2EBB074F" w14:textId="0DCB4045" w:rsidR="006E5398" w:rsidRDefault="00000000">
      <w:r>
        <w:rPr>
          <w:sz w:val="20"/>
        </w:rPr>
        <w:t xml:space="preserve">Date of Birth: </w:t>
      </w:r>
    </w:p>
    <w:p w14:paraId="58141C97" w14:textId="496D4BD1" w:rsidR="006E5398" w:rsidRDefault="00000000">
      <w:r>
        <w:rPr>
          <w:sz w:val="20"/>
        </w:rPr>
        <w:t xml:space="preserve">Email: </w:t>
      </w:r>
    </w:p>
    <w:p w14:paraId="1699C438" w14:textId="010265F9" w:rsidR="006E5398" w:rsidRDefault="00000000">
      <w:r>
        <w:rPr>
          <w:sz w:val="20"/>
        </w:rPr>
        <w:t xml:space="preserve">Phone: </w:t>
      </w:r>
    </w:p>
    <w:p w14:paraId="24095962" w14:textId="540EBB27" w:rsidR="006E5398" w:rsidRDefault="00000000">
      <w:r>
        <w:rPr>
          <w:sz w:val="20"/>
        </w:rPr>
        <w:t xml:space="preserve">Address: </w:t>
      </w:r>
    </w:p>
    <w:p w14:paraId="15B6D18E" w14:textId="542E9BC3" w:rsidR="006E5398" w:rsidRDefault="00000000">
      <w:r>
        <w:rPr>
          <w:sz w:val="20"/>
        </w:rPr>
        <w:t xml:space="preserve">City, ZIP, Country: </w:t>
      </w:r>
    </w:p>
    <w:p w14:paraId="2191FCF8" w14:textId="1B1A6FEB" w:rsidR="006E5398" w:rsidRDefault="00000000">
      <w:r>
        <w:rPr>
          <w:sz w:val="20"/>
        </w:rPr>
        <w:t xml:space="preserve">Profession: </w:t>
      </w:r>
    </w:p>
    <w:p w14:paraId="78A27B66" w14:textId="6044494F" w:rsidR="006E5398" w:rsidRDefault="00000000">
      <w:r>
        <w:rPr>
          <w:sz w:val="20"/>
        </w:rPr>
        <w:t xml:space="preserve">Qualification: </w:t>
      </w:r>
    </w:p>
    <w:p w14:paraId="0C64F8EF" w14:textId="36BD4BB8" w:rsidR="006E5398" w:rsidRDefault="00000000">
      <w:pPr>
        <w:rPr>
          <w:sz w:val="20"/>
        </w:rPr>
      </w:pPr>
      <w:r>
        <w:rPr>
          <w:sz w:val="20"/>
        </w:rPr>
        <w:t xml:space="preserve">Experience (brief): </w:t>
      </w:r>
    </w:p>
    <w:p w14:paraId="264AE7DD" w14:textId="77777777" w:rsidR="001B50FB" w:rsidRDefault="001B50FB"/>
    <w:p w14:paraId="18AEAC7D" w14:textId="22ADD351" w:rsidR="006E5398" w:rsidRDefault="00000000">
      <w:pPr>
        <w:rPr>
          <w:sz w:val="20"/>
        </w:rPr>
      </w:pPr>
      <w:r>
        <w:rPr>
          <w:sz w:val="20"/>
        </w:rPr>
        <w:t xml:space="preserve">Motivation (brief): </w:t>
      </w:r>
    </w:p>
    <w:p w14:paraId="21E13A12" w14:textId="77777777" w:rsidR="001B50FB" w:rsidRDefault="001B50FB"/>
    <w:p w14:paraId="4A2E76B7" w14:textId="587D9071" w:rsidR="006E5398" w:rsidRDefault="00000000">
      <w:pPr>
        <w:rPr>
          <w:sz w:val="20"/>
        </w:rPr>
      </w:pPr>
      <w:r>
        <w:rPr>
          <w:sz w:val="20"/>
        </w:rPr>
        <w:t xml:space="preserve">Billing name: </w:t>
      </w:r>
    </w:p>
    <w:p w14:paraId="6CEC8DC8" w14:textId="77777777" w:rsidR="008358E2" w:rsidRDefault="008358E2"/>
    <w:p w14:paraId="738D1CE6" w14:textId="641B2477" w:rsidR="006E5398" w:rsidRDefault="00000000">
      <w:r>
        <w:rPr>
          <w:sz w:val="20"/>
        </w:rPr>
        <w:t xml:space="preserve">VAT / Tax ID: </w:t>
      </w:r>
    </w:p>
    <w:p w14:paraId="079AAAA7" w14:textId="77777777" w:rsidR="006E5398" w:rsidRDefault="00000000">
      <w:r>
        <w:t>☐ Early Bird €250 (until 15 July 2026)    ☐ Regular €290</w:t>
      </w:r>
    </w:p>
    <w:p w14:paraId="53918F53" w14:textId="77777777" w:rsidR="006E5398" w:rsidRDefault="00000000">
      <w:r>
        <w:t>Signature: ____________________   Date: ____________________</w:t>
      </w:r>
    </w:p>
    <w:sectPr w:rsidR="006E5398" w:rsidSect="00034616">
      <w:headerReference w:type="default" r:id="rId8"/>
      <w:pgSz w:w="12240" w:h="15840"/>
      <w:pgMar w:top="720" w:right="1008" w:bottom="720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6B65F5F" w14:textId="77777777" w:rsidR="00606B7A" w:rsidRDefault="00606B7A">
      <w:pPr>
        <w:spacing w:after="0" w:line="240" w:lineRule="auto"/>
      </w:pPr>
      <w:r>
        <w:separator/>
      </w:r>
    </w:p>
  </w:endnote>
  <w:endnote w:type="continuationSeparator" w:id="0">
    <w:p w14:paraId="3B1A247E" w14:textId="77777777" w:rsidR="00606B7A" w:rsidRDefault="00606B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C7013B" w14:textId="77777777" w:rsidR="00606B7A" w:rsidRDefault="00606B7A">
      <w:pPr>
        <w:spacing w:after="0" w:line="240" w:lineRule="auto"/>
      </w:pPr>
      <w:r>
        <w:separator/>
      </w:r>
    </w:p>
  </w:footnote>
  <w:footnote w:type="continuationSeparator" w:id="0">
    <w:p w14:paraId="1AEA3AC3" w14:textId="77777777" w:rsidR="00606B7A" w:rsidRDefault="00606B7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0DD997D" w14:textId="77777777" w:rsidR="006E5398" w:rsidRDefault="00000000">
    <w:pPr>
      <w:pStyle w:val="Header"/>
    </w:pPr>
    <w:r>
      <w:rPr>
        <w:noProof/>
      </w:rPr>
      <w:drawing>
        <wp:inline distT="0" distB="0" distL="0" distR="0" wp14:anchorId="08563785" wp14:editId="6E9C9AEB">
          <wp:extent cx="1097280" cy="1097280"/>
          <wp:effectExtent l="0" t="0" r="0" b="0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PT TRANSPARENT 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097280" cy="10972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30564513" w14:textId="77777777" w:rsidR="006E5398" w:rsidRDefault="00000000">
    <w:pPr>
      <w:jc w:val="center"/>
    </w:pPr>
    <w:r>
      <w:t>Anne Ancelin Schützenberger International School</w:t>
    </w:r>
    <w:r>
      <w:br/>
      <w:t>of Psychogenealogy and Transgenerational Therapy (SiPT)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87913377">
    <w:abstractNumId w:val="8"/>
  </w:num>
  <w:num w:numId="2" w16cid:durableId="1986355397">
    <w:abstractNumId w:val="6"/>
  </w:num>
  <w:num w:numId="3" w16cid:durableId="765074445">
    <w:abstractNumId w:val="5"/>
  </w:num>
  <w:num w:numId="4" w16cid:durableId="2087652303">
    <w:abstractNumId w:val="4"/>
  </w:num>
  <w:num w:numId="5" w16cid:durableId="2080712415">
    <w:abstractNumId w:val="7"/>
  </w:num>
  <w:num w:numId="6" w16cid:durableId="493568190">
    <w:abstractNumId w:val="3"/>
  </w:num>
  <w:num w:numId="7" w16cid:durableId="763645792">
    <w:abstractNumId w:val="2"/>
  </w:num>
  <w:num w:numId="8" w16cid:durableId="1573925694">
    <w:abstractNumId w:val="1"/>
  </w:num>
  <w:num w:numId="9" w16cid:durableId="19939471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43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181E8E"/>
    <w:rsid w:val="001B50FB"/>
    <w:rsid w:val="0029639D"/>
    <w:rsid w:val="00326F90"/>
    <w:rsid w:val="00606B7A"/>
    <w:rsid w:val="006E5398"/>
    <w:rsid w:val="008358E2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,"/>
  <w14:docId w14:val="7C223011"/>
  <w14:defaultImageDpi w14:val="300"/>
  <w15:docId w15:val="{1EE77853-ADE7-E846-8859-06AD346A8FD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48</Words>
  <Characters>275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322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Leandra Perrotta</cp:lastModifiedBy>
  <cp:revision>3</cp:revision>
  <dcterms:created xsi:type="dcterms:W3CDTF">2026-04-23T19:58:00Z</dcterms:created>
  <dcterms:modified xsi:type="dcterms:W3CDTF">2026-04-23T19:58:00Z</dcterms:modified>
  <cp:category/>
</cp:coreProperties>
</file>